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769B" w14:textId="77777777" w:rsidR="00D10D2C" w:rsidRPr="00D10D2C" w:rsidRDefault="00D10D2C" w:rsidP="00D10D2C">
      <w:pPr>
        <w:spacing w:before="100" w:beforeAutospacing="1" w:after="100" w:afterAutospacing="1" w:line="240" w:lineRule="auto"/>
        <w:jc w:val="right"/>
        <w:rPr>
          <w:rFonts w:eastAsia="Times New Roman" w:cs="Times New Roman"/>
          <w:i/>
          <w:iCs/>
          <w:szCs w:val="24"/>
          <w:lang w:val="et-EE" w:eastAsia="et-EE"/>
        </w:rPr>
      </w:pPr>
      <w:r w:rsidRPr="00D10D2C">
        <w:rPr>
          <w:rFonts w:eastAsia="Times New Roman" w:cs="Times New Roman"/>
          <w:i/>
          <w:iCs/>
          <w:szCs w:val="24"/>
          <w:lang w:val="et-EE" w:eastAsia="et-EE"/>
        </w:rPr>
        <w:t>EELNÕU</w:t>
      </w:r>
    </w:p>
    <w:p w14:paraId="22010F5F" w14:textId="77777777" w:rsidR="00D10D2C" w:rsidRPr="00D10D2C" w:rsidRDefault="00D10D2C" w:rsidP="00D10D2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4"/>
          <w:lang w:val="et-EE" w:eastAsia="et-EE"/>
        </w:rPr>
      </w:pPr>
    </w:p>
    <w:p w14:paraId="1DB77B0B" w14:textId="77777777" w:rsidR="00D10D2C" w:rsidRPr="00D10D2C" w:rsidRDefault="00D10D2C" w:rsidP="00D10D2C">
      <w:pPr>
        <w:spacing w:before="100" w:beforeAutospacing="1" w:after="0" w:line="240" w:lineRule="auto"/>
        <w:jc w:val="center"/>
        <w:rPr>
          <w:rFonts w:eastAsia="Times New Roman" w:cs="Times New Roman"/>
          <w:szCs w:val="24"/>
          <w:lang w:val="et-EE" w:eastAsia="et-EE"/>
        </w:rPr>
      </w:pPr>
      <w:r w:rsidRPr="00D10D2C">
        <w:rPr>
          <w:rFonts w:eastAsia="Times New Roman" w:cs="Times New Roman"/>
          <w:b/>
          <w:bCs/>
          <w:szCs w:val="24"/>
          <w:lang w:val="et-EE" w:eastAsia="et-EE"/>
        </w:rPr>
        <w:t>JÕELÄHTME VALLAVOLIKOGU</w:t>
      </w:r>
    </w:p>
    <w:p w14:paraId="22F80C12" w14:textId="77777777" w:rsidR="00D10D2C" w:rsidRPr="00D10D2C" w:rsidRDefault="00D10D2C" w:rsidP="00D10D2C">
      <w:pPr>
        <w:spacing w:after="160" w:line="240" w:lineRule="auto"/>
        <w:jc w:val="center"/>
        <w:rPr>
          <w:rFonts w:eastAsia="Times New Roman" w:cs="Times New Roman"/>
          <w:szCs w:val="24"/>
          <w:lang w:val="et-EE" w:eastAsia="et-EE"/>
        </w:rPr>
      </w:pPr>
      <w:r w:rsidRPr="00D10D2C">
        <w:rPr>
          <w:rFonts w:eastAsia="Times New Roman" w:cs="Times New Roman"/>
          <w:b/>
          <w:bCs/>
          <w:szCs w:val="24"/>
          <w:lang w:val="et-EE" w:eastAsia="et-EE"/>
        </w:rPr>
        <w:t>OTSUS</w:t>
      </w:r>
    </w:p>
    <w:p w14:paraId="20F3D56C" w14:textId="2C6F5381" w:rsidR="00D10D2C" w:rsidRPr="00D10D2C" w:rsidRDefault="00D10D2C" w:rsidP="00D10D2C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et-EE" w:eastAsia="et-EE"/>
        </w:rPr>
      </w:pPr>
      <w:r w:rsidRPr="00D10D2C">
        <w:rPr>
          <w:rFonts w:eastAsia="Times New Roman" w:cs="Times New Roman"/>
          <w:szCs w:val="24"/>
          <w:lang w:val="et-EE" w:eastAsia="et-EE"/>
        </w:rPr>
        <w:t>Kostivere</w:t>
      </w:r>
      <w:r w:rsidRPr="00D10D2C">
        <w:rPr>
          <w:rFonts w:eastAsia="Times New Roman" w:cs="Times New Roman"/>
          <w:szCs w:val="24"/>
          <w:lang w:val="et-EE" w:eastAsia="et-EE"/>
        </w:rPr>
        <w:tab/>
      </w:r>
      <w:r w:rsidRPr="00D10D2C">
        <w:rPr>
          <w:rFonts w:eastAsia="Times New Roman" w:cs="Times New Roman"/>
          <w:szCs w:val="24"/>
          <w:lang w:val="et-EE" w:eastAsia="et-EE"/>
        </w:rPr>
        <w:tab/>
      </w:r>
      <w:r w:rsidRPr="00D10D2C">
        <w:rPr>
          <w:rFonts w:eastAsia="Times New Roman" w:cs="Times New Roman"/>
          <w:szCs w:val="24"/>
          <w:lang w:val="et-EE" w:eastAsia="et-EE"/>
        </w:rPr>
        <w:tab/>
      </w:r>
      <w:r w:rsidRPr="00D10D2C">
        <w:rPr>
          <w:rFonts w:eastAsia="Times New Roman" w:cs="Times New Roman"/>
          <w:szCs w:val="24"/>
          <w:lang w:val="et-EE" w:eastAsia="et-EE"/>
        </w:rPr>
        <w:tab/>
      </w:r>
      <w:r w:rsidRPr="00D10D2C">
        <w:rPr>
          <w:rFonts w:eastAsia="Times New Roman" w:cs="Times New Roman"/>
          <w:szCs w:val="24"/>
          <w:lang w:val="et-EE" w:eastAsia="et-EE"/>
        </w:rPr>
        <w:tab/>
      </w:r>
      <w:r w:rsidRPr="00D10D2C">
        <w:rPr>
          <w:rFonts w:eastAsia="Times New Roman" w:cs="Times New Roman"/>
          <w:szCs w:val="24"/>
          <w:lang w:val="et-EE" w:eastAsia="et-EE"/>
        </w:rPr>
        <w:tab/>
      </w:r>
      <w:r w:rsidRPr="00D10D2C">
        <w:rPr>
          <w:rFonts w:eastAsia="Times New Roman" w:cs="Times New Roman"/>
          <w:szCs w:val="24"/>
          <w:lang w:val="et-EE" w:eastAsia="et-EE"/>
        </w:rPr>
        <w:tab/>
        <w:t>_____________2026 nr __</w:t>
      </w:r>
    </w:p>
    <w:p w14:paraId="454F63A1" w14:textId="77777777" w:rsidR="00D10D2C" w:rsidRPr="00D10D2C" w:rsidRDefault="00D10D2C" w:rsidP="00D10D2C">
      <w:pPr>
        <w:spacing w:before="100" w:beforeAutospacing="1" w:after="0" w:line="240" w:lineRule="auto"/>
        <w:rPr>
          <w:rFonts w:eastAsia="Times New Roman" w:cs="Times New Roman"/>
          <w:szCs w:val="24"/>
          <w:lang w:val="et-EE" w:eastAsia="et-EE"/>
        </w:rPr>
      </w:pPr>
    </w:p>
    <w:p w14:paraId="7571A79D" w14:textId="77777777" w:rsidR="00417B4F" w:rsidRPr="005140B3" w:rsidRDefault="00D10D2C" w:rsidP="005140B3">
      <w:pPr>
        <w:spacing w:after="0" w:line="240" w:lineRule="auto"/>
        <w:jc w:val="both"/>
        <w:outlineLvl w:val="0"/>
        <w:rPr>
          <w:rFonts w:eastAsia="Times New Roman" w:cs="Times New Roman"/>
          <w:b/>
          <w:bCs/>
          <w:kern w:val="36"/>
          <w:szCs w:val="24"/>
          <w:lang w:val="et-EE" w:eastAsia="et-EE"/>
        </w:rPr>
      </w:pPr>
      <w:r w:rsidRPr="005140B3">
        <w:rPr>
          <w:rFonts w:eastAsia="Times New Roman" w:cs="Times New Roman"/>
          <w:b/>
          <w:bCs/>
          <w:kern w:val="36"/>
          <w:szCs w:val="24"/>
          <w:lang w:val="et-EE" w:eastAsia="et-EE"/>
        </w:rPr>
        <w:t xml:space="preserve">Ajutise põhimääruse komisjoni </w:t>
      </w:r>
      <w:r w:rsidR="00417B4F" w:rsidRPr="005140B3">
        <w:rPr>
          <w:rFonts w:eastAsia="Times New Roman" w:cs="Times New Roman"/>
          <w:b/>
          <w:bCs/>
          <w:kern w:val="36"/>
          <w:szCs w:val="24"/>
          <w:lang w:val="et-EE" w:eastAsia="et-EE"/>
        </w:rPr>
        <w:t xml:space="preserve">esimehe </w:t>
      </w:r>
    </w:p>
    <w:p w14:paraId="11ADF7B3" w14:textId="323D51A3" w:rsidR="00D10D2C" w:rsidRPr="005140B3" w:rsidRDefault="00417B4F" w:rsidP="005140B3">
      <w:pPr>
        <w:spacing w:after="0" w:line="240" w:lineRule="auto"/>
        <w:jc w:val="both"/>
        <w:outlineLvl w:val="0"/>
        <w:rPr>
          <w:rFonts w:eastAsia="Times New Roman" w:cs="Times New Roman"/>
          <w:b/>
          <w:bCs/>
          <w:kern w:val="36"/>
          <w:szCs w:val="24"/>
          <w:lang w:val="et-EE" w:eastAsia="et-EE"/>
        </w:rPr>
      </w:pPr>
      <w:r w:rsidRPr="005140B3">
        <w:rPr>
          <w:rFonts w:eastAsia="Times New Roman" w:cs="Times New Roman"/>
          <w:b/>
          <w:bCs/>
          <w:kern w:val="36"/>
          <w:szCs w:val="24"/>
          <w:lang w:val="et-EE" w:eastAsia="et-EE"/>
        </w:rPr>
        <w:t>ja aseesimehe valimine</w:t>
      </w:r>
    </w:p>
    <w:p w14:paraId="5A044A32" w14:textId="7F992C16" w:rsidR="00D10D2C" w:rsidRPr="005140B3" w:rsidRDefault="00D10D2C" w:rsidP="005140B3">
      <w:pPr>
        <w:spacing w:after="0" w:line="240" w:lineRule="auto"/>
        <w:jc w:val="both"/>
        <w:outlineLvl w:val="0"/>
        <w:rPr>
          <w:rFonts w:eastAsia="Times New Roman" w:cs="Times New Roman"/>
          <w:b/>
          <w:bCs/>
          <w:kern w:val="36"/>
          <w:szCs w:val="24"/>
          <w:lang w:val="et-EE" w:eastAsia="et-EE"/>
        </w:rPr>
      </w:pPr>
    </w:p>
    <w:p w14:paraId="18DD754A" w14:textId="77777777" w:rsidR="005140B3" w:rsidRPr="005140B3" w:rsidRDefault="005140B3" w:rsidP="005140B3">
      <w:pPr>
        <w:spacing w:after="0" w:line="240" w:lineRule="auto"/>
        <w:jc w:val="both"/>
        <w:outlineLvl w:val="0"/>
        <w:rPr>
          <w:rFonts w:eastAsia="Times New Roman" w:cs="Times New Roman"/>
          <w:b/>
          <w:bCs/>
          <w:kern w:val="36"/>
          <w:sz w:val="20"/>
          <w:szCs w:val="20"/>
          <w:lang w:val="et-EE" w:eastAsia="et-EE"/>
        </w:rPr>
      </w:pPr>
    </w:p>
    <w:p w14:paraId="13A9717C" w14:textId="75F5D621" w:rsidR="00194636" w:rsidRPr="00206260" w:rsidRDefault="00206260" w:rsidP="005140B3">
      <w:pPr>
        <w:jc w:val="both"/>
        <w:rPr>
          <w:b/>
          <w:lang w:val="et-EE"/>
        </w:rPr>
      </w:pPr>
      <w:r w:rsidRPr="00206260">
        <w:rPr>
          <w:bCs/>
          <w:lang w:val="et-EE"/>
        </w:rPr>
        <w:t>Võttes aluseks kohaliku omavalitsuse korralduse seaduse § 8, § 22 lg 1 p 20 ja § 47 ning Jõelähtme valla põhimääruse § 6 lg 2, § 15 lg 10, § 16 ja § 18, Jõelähtme Vallavolikogu</w:t>
      </w:r>
    </w:p>
    <w:p w14:paraId="30A6F2FD" w14:textId="77777777" w:rsidR="00206260" w:rsidRDefault="00206260" w:rsidP="005140B3">
      <w:pPr>
        <w:jc w:val="both"/>
        <w:rPr>
          <w:b/>
          <w:bCs/>
          <w:lang w:val="et-EE"/>
        </w:rPr>
      </w:pPr>
    </w:p>
    <w:p w14:paraId="6F801AD9" w14:textId="0E821D33" w:rsidR="00DD64EC" w:rsidRPr="005140B3" w:rsidRDefault="00DD64EC" w:rsidP="005140B3">
      <w:pPr>
        <w:jc w:val="both"/>
        <w:rPr>
          <w:b/>
          <w:lang w:val="et-EE"/>
        </w:rPr>
      </w:pPr>
      <w:r w:rsidRPr="005140B3">
        <w:rPr>
          <w:b/>
          <w:bCs/>
          <w:lang w:val="et-EE"/>
        </w:rPr>
        <w:t>o t s u s t a b:</w:t>
      </w:r>
    </w:p>
    <w:p w14:paraId="70600CF7" w14:textId="4A5A32D4" w:rsidR="00194636" w:rsidRPr="00E72513" w:rsidRDefault="005140B3" w:rsidP="005140B3">
      <w:pPr>
        <w:pStyle w:val="Loendilik"/>
        <w:numPr>
          <w:ilvl w:val="0"/>
          <w:numId w:val="10"/>
        </w:numPr>
        <w:jc w:val="both"/>
        <w:rPr>
          <w:bCs/>
          <w:lang w:val="et-EE"/>
        </w:rPr>
      </w:pPr>
      <w:r w:rsidRPr="00E72513">
        <w:rPr>
          <w:bCs/>
          <w:lang w:val="et-EE"/>
        </w:rPr>
        <w:t xml:space="preserve">Valida </w:t>
      </w:r>
      <w:r w:rsidR="00E72513" w:rsidRPr="00E72513">
        <w:rPr>
          <w:bCs/>
          <w:lang w:val="et-EE"/>
        </w:rPr>
        <w:t>Jõelähtme Vallavolikogu ajutise põhimääruse komisjoni</w:t>
      </w:r>
      <w:r w:rsidRPr="00E72513">
        <w:rPr>
          <w:bCs/>
          <w:lang w:val="et-EE"/>
        </w:rPr>
        <w:t xml:space="preserve"> esimeheks: ____________________________.</w:t>
      </w:r>
    </w:p>
    <w:p w14:paraId="13313BD0" w14:textId="70E65746" w:rsidR="005140B3" w:rsidRPr="00E72513" w:rsidRDefault="005140B3" w:rsidP="005140B3">
      <w:pPr>
        <w:pStyle w:val="Loendilik"/>
        <w:numPr>
          <w:ilvl w:val="0"/>
          <w:numId w:val="10"/>
        </w:numPr>
        <w:jc w:val="both"/>
        <w:rPr>
          <w:bCs/>
          <w:lang w:val="et-EE"/>
        </w:rPr>
      </w:pPr>
      <w:r w:rsidRPr="00E72513">
        <w:rPr>
          <w:bCs/>
          <w:lang w:val="et-EE"/>
        </w:rPr>
        <w:t xml:space="preserve">Valida </w:t>
      </w:r>
      <w:r w:rsidR="00E72513" w:rsidRPr="00E72513">
        <w:rPr>
          <w:bCs/>
          <w:lang w:val="et-EE"/>
        </w:rPr>
        <w:t>Jõelähtme Vallavolikogu ajutise põhimääruse komisjoni</w:t>
      </w:r>
      <w:r w:rsidRPr="00E72513">
        <w:rPr>
          <w:bCs/>
          <w:lang w:val="et-EE"/>
        </w:rPr>
        <w:t xml:space="preserve"> aseesimeheks: ____________________________.</w:t>
      </w:r>
    </w:p>
    <w:p w14:paraId="3EBC8807" w14:textId="669BBB39" w:rsidR="005140B3" w:rsidRPr="00E72513" w:rsidRDefault="005140B3" w:rsidP="005140B3">
      <w:pPr>
        <w:pStyle w:val="Loendilik"/>
        <w:numPr>
          <w:ilvl w:val="0"/>
          <w:numId w:val="10"/>
        </w:numPr>
        <w:jc w:val="both"/>
        <w:rPr>
          <w:bCs/>
          <w:lang w:val="et-EE"/>
        </w:rPr>
      </w:pPr>
      <w:r w:rsidRPr="00E72513">
        <w:rPr>
          <w:bCs/>
          <w:lang w:val="et-EE"/>
        </w:rPr>
        <w:t>Otsus jõustub teatavakstegemisest.</w:t>
      </w:r>
    </w:p>
    <w:p w14:paraId="00722CD1" w14:textId="77777777" w:rsidR="00194636" w:rsidRPr="00E72513" w:rsidRDefault="00194636">
      <w:pPr>
        <w:rPr>
          <w:b/>
          <w:lang w:val="et-EE"/>
        </w:rPr>
      </w:pPr>
    </w:p>
    <w:p w14:paraId="79324F5F" w14:textId="77777777" w:rsidR="005140B3" w:rsidRPr="00E72513" w:rsidRDefault="005140B3">
      <w:pPr>
        <w:rPr>
          <w:b/>
          <w:lang w:val="et-EE"/>
        </w:rPr>
      </w:pPr>
    </w:p>
    <w:p w14:paraId="76F5C1F1" w14:textId="416655DC" w:rsidR="00D00FC8" w:rsidRDefault="005140B3" w:rsidP="006E276C">
      <w:pPr>
        <w:spacing w:after="0"/>
        <w:rPr>
          <w:lang w:val="et-EE"/>
        </w:rPr>
      </w:pPr>
      <w:r w:rsidRPr="00E72513">
        <w:rPr>
          <w:lang w:val="et-EE"/>
        </w:rPr>
        <w:t>Vallavolikogu esimees</w:t>
      </w:r>
    </w:p>
    <w:p w14:paraId="52825B18" w14:textId="4340305F" w:rsidR="006E276C" w:rsidRPr="00E72513" w:rsidRDefault="006E276C" w:rsidP="006E276C">
      <w:pPr>
        <w:spacing w:after="0"/>
        <w:rPr>
          <w:lang w:val="et-EE"/>
        </w:rPr>
      </w:pPr>
      <w:r>
        <w:rPr>
          <w:lang w:val="et-EE"/>
        </w:rPr>
        <w:t>Jaak Aab</w:t>
      </w:r>
    </w:p>
    <w:sectPr w:rsidR="006E276C" w:rsidRPr="00E7251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oendi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oendi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oenditpp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oenditpp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oendi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oenditpp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13A39B2"/>
    <w:multiLevelType w:val="hybridMultilevel"/>
    <w:tmpl w:val="CBE24C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7087527">
    <w:abstractNumId w:val="8"/>
  </w:num>
  <w:num w:numId="2" w16cid:durableId="1210261219">
    <w:abstractNumId w:val="6"/>
  </w:num>
  <w:num w:numId="3" w16cid:durableId="1227913296">
    <w:abstractNumId w:val="5"/>
  </w:num>
  <w:num w:numId="4" w16cid:durableId="114836657">
    <w:abstractNumId w:val="4"/>
  </w:num>
  <w:num w:numId="5" w16cid:durableId="1634216046">
    <w:abstractNumId w:val="7"/>
  </w:num>
  <w:num w:numId="6" w16cid:durableId="537739571">
    <w:abstractNumId w:val="3"/>
  </w:num>
  <w:num w:numId="7" w16cid:durableId="1832866753">
    <w:abstractNumId w:val="2"/>
  </w:num>
  <w:num w:numId="8" w16cid:durableId="1485202245">
    <w:abstractNumId w:val="1"/>
  </w:num>
  <w:num w:numId="9" w16cid:durableId="259535460">
    <w:abstractNumId w:val="0"/>
  </w:num>
  <w:num w:numId="10" w16cid:durableId="9291232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275B"/>
    <w:rsid w:val="00194636"/>
    <w:rsid w:val="00206260"/>
    <w:rsid w:val="0029639D"/>
    <w:rsid w:val="00326F90"/>
    <w:rsid w:val="00417B4F"/>
    <w:rsid w:val="005140B3"/>
    <w:rsid w:val="006E276C"/>
    <w:rsid w:val="0084242C"/>
    <w:rsid w:val="00962D4F"/>
    <w:rsid w:val="00AA1D8D"/>
    <w:rsid w:val="00AB7CE5"/>
    <w:rsid w:val="00B10590"/>
    <w:rsid w:val="00B47730"/>
    <w:rsid w:val="00C151FE"/>
    <w:rsid w:val="00C871D8"/>
    <w:rsid w:val="00CB0664"/>
    <w:rsid w:val="00D00FC8"/>
    <w:rsid w:val="00D02332"/>
    <w:rsid w:val="00D10D2C"/>
    <w:rsid w:val="00DD64EC"/>
    <w:rsid w:val="00E725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DB876F53-A841-451F-AA3B-A2878B84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C693F"/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618BF"/>
  </w:style>
  <w:style w:type="paragraph" w:styleId="Jalus">
    <w:name w:val="footer"/>
    <w:basedOn w:val="Normaallaad"/>
    <w:link w:val="Jalu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618BF"/>
  </w:style>
  <w:style w:type="paragraph" w:styleId="Vahedeta">
    <w:name w:val="No Spacing"/>
    <w:uiPriority w:val="1"/>
    <w:qFormat/>
    <w:rsid w:val="00FC693F"/>
    <w:pPr>
      <w:spacing w:after="0" w:line="240" w:lineRule="auto"/>
    </w:pPr>
  </w:style>
  <w:style w:type="character" w:customStyle="1" w:styleId="Pealkiri1Mrk">
    <w:name w:val="Pealkiri 1 Märk"/>
    <w:basedOn w:val="Liguvaikefont"/>
    <w:link w:val="Pealkiri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ealkiri2Mrk">
    <w:name w:val="Pealkiri 2 Märk"/>
    <w:basedOn w:val="Liguvaikefont"/>
    <w:link w:val="Pealkiri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ealkiri3Mrk">
    <w:name w:val="Pealkiri 3 Märk"/>
    <w:basedOn w:val="Liguvaikefont"/>
    <w:link w:val="Pealkiri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apealkiriMrk">
    <w:name w:val="Alapealkiri Märk"/>
    <w:basedOn w:val="Liguvaikefont"/>
    <w:link w:val="Alapealkiri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oendilik">
    <w:name w:val="List Paragraph"/>
    <w:basedOn w:val="Normaallaad"/>
    <w:uiPriority w:val="34"/>
    <w:qFormat/>
    <w:rsid w:val="00FC693F"/>
    <w:pPr>
      <w:ind w:left="720"/>
      <w:contextualSpacing/>
    </w:pPr>
  </w:style>
  <w:style w:type="paragraph" w:styleId="Kehatekst">
    <w:name w:val="Body Text"/>
    <w:basedOn w:val="Normaallaad"/>
    <w:link w:val="KehatekstMrk"/>
    <w:uiPriority w:val="99"/>
    <w:unhideWhenUsed/>
    <w:rsid w:val="00AA1D8D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rsid w:val="00AA1D8D"/>
  </w:style>
  <w:style w:type="paragraph" w:styleId="Kehatekst2">
    <w:name w:val="Body Text 2"/>
    <w:basedOn w:val="Normaallaad"/>
    <w:link w:val="Kehatekst2Mrk"/>
    <w:uiPriority w:val="99"/>
    <w:unhideWhenUsed/>
    <w:rsid w:val="00AA1D8D"/>
    <w:pPr>
      <w:spacing w:after="120" w:line="480" w:lineRule="auto"/>
    </w:pPr>
  </w:style>
  <w:style w:type="character" w:customStyle="1" w:styleId="Kehatekst2Mrk">
    <w:name w:val="Kehatekst 2 Märk"/>
    <w:basedOn w:val="Liguvaikefont"/>
    <w:link w:val="Kehatekst2"/>
    <w:uiPriority w:val="99"/>
    <w:rsid w:val="00AA1D8D"/>
  </w:style>
  <w:style w:type="paragraph" w:styleId="Kehatekst3">
    <w:name w:val="Body Text 3"/>
    <w:basedOn w:val="Normaallaad"/>
    <w:link w:val="Kehatekst3Mr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Kehatekst3Mrk">
    <w:name w:val="Kehatekst 3 Märk"/>
    <w:basedOn w:val="Liguvaikefont"/>
    <w:link w:val="Kehatekst3"/>
    <w:uiPriority w:val="99"/>
    <w:rsid w:val="00AA1D8D"/>
    <w:rPr>
      <w:sz w:val="16"/>
      <w:szCs w:val="16"/>
    </w:rPr>
  </w:style>
  <w:style w:type="paragraph" w:styleId="Loend">
    <w:name w:val="List"/>
    <w:basedOn w:val="Normaallaad"/>
    <w:uiPriority w:val="99"/>
    <w:unhideWhenUsed/>
    <w:rsid w:val="00AA1D8D"/>
    <w:pPr>
      <w:ind w:left="360" w:hanging="360"/>
      <w:contextualSpacing/>
    </w:pPr>
  </w:style>
  <w:style w:type="paragraph" w:styleId="Loend2">
    <w:name w:val="List 2"/>
    <w:basedOn w:val="Normaallaad"/>
    <w:uiPriority w:val="99"/>
    <w:unhideWhenUsed/>
    <w:rsid w:val="00326F90"/>
    <w:pPr>
      <w:ind w:left="720" w:hanging="360"/>
      <w:contextualSpacing/>
    </w:pPr>
  </w:style>
  <w:style w:type="paragraph" w:styleId="Loend3">
    <w:name w:val="List 3"/>
    <w:basedOn w:val="Normaallaad"/>
    <w:uiPriority w:val="99"/>
    <w:unhideWhenUsed/>
    <w:rsid w:val="00326F90"/>
    <w:pPr>
      <w:ind w:left="1080" w:hanging="360"/>
      <w:contextualSpacing/>
    </w:pPr>
  </w:style>
  <w:style w:type="paragraph" w:styleId="Loenditpp">
    <w:name w:val="List Bullet"/>
    <w:basedOn w:val="Normaallaad"/>
    <w:uiPriority w:val="99"/>
    <w:unhideWhenUsed/>
    <w:rsid w:val="00326F90"/>
    <w:pPr>
      <w:numPr>
        <w:numId w:val="1"/>
      </w:numPr>
      <w:contextualSpacing/>
    </w:pPr>
  </w:style>
  <w:style w:type="paragraph" w:styleId="Loenditpp2">
    <w:name w:val="List Bullet 2"/>
    <w:basedOn w:val="Normaallaad"/>
    <w:uiPriority w:val="99"/>
    <w:unhideWhenUsed/>
    <w:rsid w:val="00326F90"/>
    <w:pPr>
      <w:numPr>
        <w:numId w:val="2"/>
      </w:numPr>
      <w:contextualSpacing/>
    </w:pPr>
  </w:style>
  <w:style w:type="paragraph" w:styleId="Loenditpp3">
    <w:name w:val="List Bullet 3"/>
    <w:basedOn w:val="Normaallaad"/>
    <w:uiPriority w:val="99"/>
    <w:unhideWhenUsed/>
    <w:rsid w:val="00326F90"/>
    <w:pPr>
      <w:numPr>
        <w:numId w:val="3"/>
      </w:numPr>
      <w:contextualSpacing/>
    </w:pPr>
  </w:style>
  <w:style w:type="paragraph" w:styleId="Loendinumber">
    <w:name w:val="List Number"/>
    <w:basedOn w:val="Normaallaad"/>
    <w:uiPriority w:val="99"/>
    <w:unhideWhenUsed/>
    <w:rsid w:val="00326F90"/>
    <w:pPr>
      <w:numPr>
        <w:numId w:val="5"/>
      </w:numPr>
      <w:contextualSpacing/>
    </w:pPr>
  </w:style>
  <w:style w:type="paragraph" w:styleId="Loendinumber2">
    <w:name w:val="List Number 2"/>
    <w:basedOn w:val="Normaallaad"/>
    <w:uiPriority w:val="99"/>
    <w:unhideWhenUsed/>
    <w:rsid w:val="0029639D"/>
    <w:pPr>
      <w:numPr>
        <w:numId w:val="6"/>
      </w:numPr>
      <w:contextualSpacing/>
    </w:pPr>
  </w:style>
  <w:style w:type="paragraph" w:styleId="Loendinumber3">
    <w:name w:val="List Number 3"/>
    <w:basedOn w:val="Normaallaad"/>
    <w:uiPriority w:val="99"/>
    <w:unhideWhenUsed/>
    <w:rsid w:val="0029639D"/>
    <w:pPr>
      <w:numPr>
        <w:numId w:val="7"/>
      </w:numPr>
      <w:contextualSpacing/>
    </w:pPr>
  </w:style>
  <w:style w:type="paragraph" w:styleId="Loendijtk">
    <w:name w:val="List Continue"/>
    <w:basedOn w:val="Normaallaad"/>
    <w:uiPriority w:val="99"/>
    <w:unhideWhenUsed/>
    <w:rsid w:val="0029639D"/>
    <w:pPr>
      <w:spacing w:after="120"/>
      <w:ind w:left="360"/>
      <w:contextualSpacing/>
    </w:pPr>
  </w:style>
  <w:style w:type="paragraph" w:styleId="Loendijtk2">
    <w:name w:val="List Continue 2"/>
    <w:basedOn w:val="Normaallaad"/>
    <w:uiPriority w:val="99"/>
    <w:unhideWhenUsed/>
    <w:rsid w:val="0029639D"/>
    <w:pPr>
      <w:spacing w:after="120"/>
      <w:ind w:left="720"/>
      <w:contextualSpacing/>
    </w:pPr>
  </w:style>
  <w:style w:type="paragraph" w:styleId="Loendijtk3">
    <w:name w:val="List Continue 3"/>
    <w:basedOn w:val="Normaallaad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Mr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Mrk">
    <w:name w:val="Makrotekst Märk"/>
    <w:basedOn w:val="Liguvaikefon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FC693F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FC693F"/>
    <w:rPr>
      <w:i/>
      <w:iCs/>
      <w:color w:val="000000" w:themeColor="text1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ugev">
    <w:name w:val="Strong"/>
    <w:basedOn w:val="Liguvaikefont"/>
    <w:uiPriority w:val="22"/>
    <w:qFormat/>
    <w:rsid w:val="00FC693F"/>
    <w:rPr>
      <w:b/>
      <w:bCs/>
    </w:rPr>
  </w:style>
  <w:style w:type="character" w:styleId="Rhutus">
    <w:name w:val="Emphasis"/>
    <w:basedOn w:val="Liguvaikefont"/>
    <w:uiPriority w:val="20"/>
    <w:qFormat/>
    <w:rsid w:val="00FC693F"/>
    <w:rPr>
      <w:i/>
      <w:iCs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FC693F"/>
    <w:rPr>
      <w:b/>
      <w:bCs/>
      <w:i/>
      <w:iCs/>
      <w:color w:val="4F81BD" w:themeColor="accent1"/>
    </w:rPr>
  </w:style>
  <w:style w:type="character" w:styleId="Vaevumrgatavrhutus">
    <w:name w:val="Subtle Emphasis"/>
    <w:basedOn w:val="Liguvaikefont"/>
    <w:uiPriority w:val="19"/>
    <w:qFormat/>
    <w:rsid w:val="00FC693F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FC693F"/>
    <w:rPr>
      <w:b/>
      <w:bCs/>
      <w:i/>
      <w:iCs/>
      <w:color w:val="4F81BD" w:themeColor="accent1"/>
    </w:rPr>
  </w:style>
  <w:style w:type="character" w:styleId="Vaevumrgatavviide">
    <w:name w:val="Subtle Reference"/>
    <w:basedOn w:val="Liguvaikefont"/>
    <w:uiPriority w:val="31"/>
    <w:qFormat/>
    <w:rsid w:val="00FC693F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FC693F"/>
    <w:rPr>
      <w:b/>
      <w:bCs/>
      <w:smallCaps/>
      <w:spacing w:val="5"/>
    </w:rPr>
  </w:style>
  <w:style w:type="paragraph" w:styleId="Sisukorrapealkiri">
    <w:name w:val="TOC Heading"/>
    <w:basedOn w:val="Pealkiri1"/>
    <w:next w:val="Normaallaad"/>
    <w:uiPriority w:val="39"/>
    <w:semiHidden/>
    <w:unhideWhenUsed/>
    <w:qFormat/>
    <w:rsid w:val="00FC693F"/>
    <w:pPr>
      <w:outlineLvl w:val="9"/>
    </w:pPr>
  </w:style>
  <w:style w:type="table" w:styleId="Kontuurtabel">
    <w:name w:val="Table Grid"/>
    <w:basedOn w:val="Normaal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evarjustus">
    <w:name w:val="Light Shading"/>
    <w:basedOn w:val="Normaal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evarjustusrhk1">
    <w:name w:val="Light Shading Accent 1"/>
    <w:basedOn w:val="Normaal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evarjustusrhk2">
    <w:name w:val="Light Shading Accent 2"/>
    <w:basedOn w:val="Normaal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evarjustusrhk3">
    <w:name w:val="Light Shading Accent 3"/>
    <w:basedOn w:val="Normaal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evarjustusrhk4">
    <w:name w:val="Light Shading Accent 4"/>
    <w:basedOn w:val="Normaal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evarjustusrhk5">
    <w:name w:val="Light Shading Accent 5"/>
    <w:basedOn w:val="Normaal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evarjustusrhk6">
    <w:name w:val="Light Shading Accent 6"/>
    <w:basedOn w:val="Normaal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eloend">
    <w:name w:val="Light List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eloendrhk1">
    <w:name w:val="Light List Accent 1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eloendrhk2">
    <w:name w:val="Light List Accent 2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eloendrhk3">
    <w:name w:val="Light List Accent 3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eloendrhk4">
    <w:name w:val="Light List Accent 4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eloendrhk5">
    <w:name w:val="Light List Accent 5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eloendrhk6">
    <w:name w:val="Light List Accent 6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ekoordinaatvrk">
    <w:name w:val="Light Grid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ekoordinaatvrkrhk1">
    <w:name w:val="Light Grid Accent 1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ekoordinaatvrkrhk2">
    <w:name w:val="Light Grid Accent 2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ekoordinaatvrkrhk3">
    <w:name w:val="Light Grid Accent 3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ekoordinaatvrkrhk4">
    <w:name w:val="Light Grid Accent 4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ekoordinaatvrkrhk5">
    <w:name w:val="Light Grid Accent 5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ekoordinaatvrkrhk6">
    <w:name w:val="Light Grid Accent 6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eskminevarjustus1">
    <w:name w:val="Medium Shading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1">
    <w:name w:val="Medium Shading 1 Accent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2">
    <w:name w:val="Medium Shading 1 Accent 2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3">
    <w:name w:val="Medium Shading 1 Accent 3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4">
    <w:name w:val="Medium Shading 1 Accent 4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5">
    <w:name w:val="Medium Shading 1 Accent 5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6">
    <w:name w:val="Medium Shading 1 Accent 6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2">
    <w:name w:val="Medium Shading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1">
    <w:name w:val="Medium Shading 2 Accent 1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2">
    <w:name w:val="Medium Shading 2 Accent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3">
    <w:name w:val="Medium Shading 2 Accent 3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4">
    <w:name w:val="Medium Shading 2 Accent 4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5">
    <w:name w:val="Medium Shading 2 Accent 5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6">
    <w:name w:val="Medium Shading 2 Accent 6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loend1">
    <w:name w:val="Medium Lis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eskmineloend1rhk1">
    <w:name w:val="Medium List 1 Accen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eskmineloend1rhk2">
    <w:name w:val="Medium List 1 Accent 2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eskmineloend1rhk3">
    <w:name w:val="Medium List 1 Accent 3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eskmineloend1rhk4">
    <w:name w:val="Medium List 1 Accent 4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eskmineloend1rhk5">
    <w:name w:val="Medium List 1 Accent 5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eskmineloend1rhk6">
    <w:name w:val="Medium List 1 Accent 6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eskmineloend2">
    <w:name w:val="Medium Lis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1">
    <w:name w:val="Medium List 2 Accent 1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2">
    <w:name w:val="Medium List 2 Accen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3">
    <w:name w:val="Medium List 2 Accent 3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4">
    <w:name w:val="Medium List 2 Accent 4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5">
    <w:name w:val="Medium List 2 Accent 5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6">
    <w:name w:val="Medium List 2 Accent 6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koordinaatvrk1">
    <w:name w:val="Medium Grid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eskminekoordinaatvrk1rhk1">
    <w:name w:val="Medium Grid 1 Accent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eskminekoordinaatvrk1rhk2">
    <w:name w:val="Medium Grid 1 Accent 2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eskminekoordinaatvrk1rhk3">
    <w:name w:val="Medium Grid 1 Accent 3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eskminekoordinaatvrk1rhk4">
    <w:name w:val="Medium Grid 1 Accent 4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eskminekoordinaatvrk1rhk5">
    <w:name w:val="Medium Grid 1 Accent 5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eskminekoordinaatvrk1rhk6">
    <w:name w:val="Medium Grid 1 Accent 6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eskminekoordinaatvrk2">
    <w:name w:val="Medium Grid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1">
    <w:name w:val="Medium Grid 2 Accent 1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2">
    <w:name w:val="Medium Grid 2 Accent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3">
    <w:name w:val="Medium Grid 2 Accent 3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4">
    <w:name w:val="Medium Grid 2 Accent 4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5">
    <w:name w:val="Medium Grid 2 Accent 5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6">
    <w:name w:val="Medium Grid 2 Accent 6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3">
    <w:name w:val="Medium Grid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eskminekoordinaatvrk3rhk1">
    <w:name w:val="Medium Grid 3 Accent 1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eskminekoordinaatvrk3rhk2">
    <w:name w:val="Medium Grid 3 Accent 2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eskminekoordinaatvrk3rhk3">
    <w:name w:val="Medium Grid 3 Accent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eskminekoordinaatvrk3rhk4">
    <w:name w:val="Medium Grid 3 Accent 4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eskminekoordinaatvrk3rhk5">
    <w:name w:val="Medium Grid 3 Accent 5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eskminekoordinaatvrk3rhk6">
    <w:name w:val="Medium Grid 3 Accent 6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eloend">
    <w:name w:val="Dark List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eloendrhk1">
    <w:name w:val="Dark List Accent 1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eloendrhk2">
    <w:name w:val="Dark List Accent 2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eloendrhk3">
    <w:name w:val="Dark List Accent 3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eloendrhk4">
    <w:name w:val="Dark List Accent 4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eloendrhk5">
    <w:name w:val="Dark List Accent 5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eloendrhk6">
    <w:name w:val="Dark List Accent 6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vilinevarjustus">
    <w:name w:val="Colorful Shading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1">
    <w:name w:val="Colorful Shading Accent 1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2">
    <w:name w:val="Colorful Shading Accent 2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3">
    <w:name w:val="Colorful Shading Accent 3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varjustusrhk4">
    <w:name w:val="Colorful Shading Accent 4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5">
    <w:name w:val="Colorful Shading Accent 5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6">
    <w:name w:val="Colorful Shading Accent 6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loend">
    <w:name w:val="Colorful List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vilineloendrhk1">
    <w:name w:val="Colorful List Accent 1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vilineloendrhk2">
    <w:name w:val="Colorful List Accent 2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vilineloendrhk3">
    <w:name w:val="Colorful List Accent 3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vilineloendrhk4">
    <w:name w:val="Colorful List Accent 4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vilineloendrhk5">
    <w:name w:val="Colorful List Accent 5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vilineloendrhk6">
    <w:name w:val="Colorful List Accent 6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vilinekoordinaatvrk">
    <w:name w:val="Colorful Grid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vilinekoordinaatvrkrhk1">
    <w:name w:val="Colorful Grid Accent 1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vilinekoordinaatvrkrhk2">
    <w:name w:val="Colorful Grid Accent 2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vilinekoordinaatvrkrhk3">
    <w:name w:val="Colorful Grid Accent 3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koordinaatvrkrhk4">
    <w:name w:val="Colorful Grid Accent 4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vilinekoordinaatvrkrhk5">
    <w:name w:val="Colorful Grid Accent 5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vilinekoordinaatvrkrhk6">
    <w:name w:val="Colorful Grid Accent 6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Maire Kivistu</cp:lastModifiedBy>
  <cp:revision>2</cp:revision>
  <dcterms:created xsi:type="dcterms:W3CDTF">2026-08-07T17:12:00Z</dcterms:created>
  <dcterms:modified xsi:type="dcterms:W3CDTF">2026-08-07T17:12:00Z</dcterms:modified>
  <cp:category/>
</cp:coreProperties>
</file>